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558B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b/>
          <w:color w:val="2F5A49"/>
          <w:sz w:val="42"/>
          <w:lang w:val="hu-HU"/>
        </w:rPr>
        <w:t>Előre gondoskodási adatbekérő</w:t>
      </w:r>
    </w:p>
    <w:p w14:paraId="21DE9807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color w:val="2F5A49"/>
          <w:sz w:val="20"/>
          <w:lang w:val="hu-HU"/>
        </w:rPr>
        <w:t>Saját emlékhely megváltásának előkészítéséhez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7"/>
      </w:tblGrid>
      <w:tr w:rsidR="00931CB9" w:rsidRPr="0045377F" w14:paraId="547790B7" w14:textId="77777777">
        <w:trPr>
          <w:jc w:val="center"/>
        </w:trPr>
        <w:tc>
          <w:tcPr>
            <w:tcW w:w="10200" w:type="dxa"/>
            <w:tcBorders>
              <w:left w:val="single" w:sz="10" w:space="0" w:color="2F5A49"/>
            </w:tcBorders>
            <w:shd w:val="clear" w:color="auto" w:fill="EEF4F0"/>
          </w:tcPr>
          <w:p w14:paraId="737B18E9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 xml:space="preserve">Ezt az adatbekérőt akkor töltse ki, ha saját maga számára szeretne előre </w:t>
            </w:r>
            <w:proofErr w:type="spellStart"/>
            <w:r w:rsidRPr="0045377F">
              <w:rPr>
                <w:sz w:val="19"/>
                <w:lang w:val="hu-HU"/>
              </w:rPr>
              <w:t>emlékhelyet</w:t>
            </w:r>
            <w:proofErr w:type="spellEnd"/>
            <w:r w:rsidRPr="0045377F">
              <w:rPr>
                <w:sz w:val="19"/>
                <w:lang w:val="hu-HU"/>
              </w:rPr>
              <w:t xml:space="preserve"> választani és megváltani. A konkrét fa és hely kiválasztása személyes helyszínbejárás során, az aktuálisan elérhető lehetőségek közül történik. Az adatbekérő elküldése önmagában nem minősül szerződéskötésnek.</w:t>
            </w:r>
          </w:p>
        </w:tc>
      </w:tr>
    </w:tbl>
    <w:p w14:paraId="09F78FE1" w14:textId="77777777" w:rsidR="00931CB9" w:rsidRPr="0045377F" w:rsidRDefault="00931CB9">
      <w:pPr>
        <w:spacing w:after="30"/>
        <w:rPr>
          <w:lang w:val="hu-HU"/>
        </w:rPr>
      </w:pPr>
    </w:p>
    <w:p w14:paraId="79576494" w14:textId="77777777" w:rsidR="00931CB9" w:rsidRPr="0045377F" w:rsidRDefault="00000000">
      <w:pPr>
        <w:spacing w:before="80" w:after="40"/>
        <w:rPr>
          <w:lang w:val="hu-HU"/>
        </w:rPr>
      </w:pPr>
      <w:r w:rsidRPr="0045377F">
        <w:rPr>
          <w:b/>
          <w:color w:val="2F5A49"/>
          <w:sz w:val="18"/>
          <w:lang w:val="hu-HU"/>
        </w:rPr>
        <w:t>1. AZ IGÉNYLŐ ADATAI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5669"/>
      </w:tblGrid>
      <w:tr w:rsidR="00931CB9" w:rsidRPr="0045377F" w14:paraId="4A2B8BC8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28BA8AA9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Név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176649D7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2CFF901E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039E46DC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Születési név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6A11192C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755F8EDD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63488E49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Születési hely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718779FB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7C0195F2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6DF897B6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Születési idő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74E122D1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19EEEDFD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63E26603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Anyja neve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7F708017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389267F5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7E2CD1A8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Lakcím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18741691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14FB4503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63AAED15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Levelezési cím (opcionális)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2F56189E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01B83F69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06932EE1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E-mail cím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577A1659" w14:textId="77777777" w:rsidR="00931CB9" w:rsidRPr="0045377F" w:rsidRDefault="00931CB9">
            <w:pPr>
              <w:rPr>
                <w:lang w:val="hu-HU"/>
              </w:rPr>
            </w:pPr>
          </w:p>
        </w:tc>
      </w:tr>
      <w:tr w:rsidR="00931CB9" w:rsidRPr="0045377F" w14:paraId="57ACA819" w14:textId="77777777">
        <w:trPr>
          <w:jc w:val="center"/>
        </w:trPr>
        <w:tc>
          <w:tcPr>
            <w:tcW w:w="3628" w:type="dxa"/>
            <w:tcBorders>
              <w:bottom w:val="single" w:sz="6" w:space="0" w:color="B7C9BF"/>
            </w:tcBorders>
            <w:vAlign w:val="center"/>
          </w:tcPr>
          <w:p w14:paraId="146541EA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Telefonszám</w:t>
            </w:r>
          </w:p>
        </w:tc>
        <w:tc>
          <w:tcPr>
            <w:tcW w:w="5669" w:type="dxa"/>
            <w:tcBorders>
              <w:bottom w:val="single" w:sz="6" w:space="0" w:color="B7C9BF"/>
            </w:tcBorders>
            <w:vAlign w:val="center"/>
          </w:tcPr>
          <w:p w14:paraId="0B9E6C47" w14:textId="77777777" w:rsidR="00931CB9" w:rsidRPr="0045377F" w:rsidRDefault="00931CB9">
            <w:pPr>
              <w:rPr>
                <w:lang w:val="hu-HU"/>
              </w:rPr>
            </w:pPr>
          </w:p>
        </w:tc>
      </w:tr>
    </w:tbl>
    <w:p w14:paraId="15B9ABCA" w14:textId="77777777" w:rsidR="00931CB9" w:rsidRPr="0045377F" w:rsidRDefault="00000000">
      <w:pPr>
        <w:spacing w:before="80" w:after="40"/>
        <w:rPr>
          <w:lang w:val="hu-HU"/>
        </w:rPr>
      </w:pPr>
      <w:r w:rsidRPr="0045377F">
        <w:rPr>
          <w:b/>
          <w:color w:val="2F5A49"/>
          <w:sz w:val="18"/>
          <w:lang w:val="hu-HU"/>
        </w:rPr>
        <w:t>2. AZ EMLÉKHELY ADATAI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0"/>
      </w:tblGrid>
      <w:tr w:rsidR="00931CB9" w:rsidRPr="0045377F" w14:paraId="12581C52" w14:textId="77777777">
        <w:tc>
          <w:tcPr>
            <w:tcW w:w="10200" w:type="dxa"/>
            <w:shd w:val="clear" w:color="auto" w:fill="F7F7F5"/>
          </w:tcPr>
          <w:p w14:paraId="0F001CA8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8"/>
                <w:lang w:val="hu-HU"/>
              </w:rPr>
              <w:t xml:space="preserve">Az előre gondoskodás során az </w:t>
            </w:r>
            <w:proofErr w:type="spellStart"/>
            <w:r w:rsidRPr="0045377F">
              <w:rPr>
                <w:sz w:val="18"/>
                <w:lang w:val="hu-HU"/>
              </w:rPr>
              <w:t>emlékhelyet</w:t>
            </w:r>
            <w:proofErr w:type="spellEnd"/>
            <w:r w:rsidRPr="0045377F">
              <w:rPr>
                <w:sz w:val="18"/>
                <w:lang w:val="hu-HU"/>
              </w:rPr>
              <w:t xml:space="preserve"> saját maga számára választja. A konkrét fa és hely kiválasztása személyes helyszínbejárás során, az aktuálisan elérhető lehetőségek közül történik.</w:t>
            </w:r>
          </w:p>
        </w:tc>
      </w:tr>
    </w:tbl>
    <w:p w14:paraId="59432D9C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b/>
          <w:sz w:val="19"/>
          <w:lang w:val="hu-HU"/>
        </w:rPr>
        <w:t>Helyszín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931CB9" w:rsidRPr="0045377F" w14:paraId="7F1055B0" w14:textId="77777777">
        <w:tc>
          <w:tcPr>
            <w:tcW w:w="5100" w:type="dxa"/>
          </w:tcPr>
          <w:p w14:paraId="01399FE1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 xml:space="preserve">☐ </w:t>
            </w:r>
            <w:proofErr w:type="spellStart"/>
            <w:r w:rsidRPr="0045377F">
              <w:rPr>
                <w:sz w:val="19"/>
                <w:lang w:val="hu-HU"/>
              </w:rPr>
              <w:t>Agostyáni</w:t>
            </w:r>
            <w:proofErr w:type="spellEnd"/>
            <w:r w:rsidRPr="0045377F">
              <w:rPr>
                <w:sz w:val="19"/>
                <w:lang w:val="hu-HU"/>
              </w:rPr>
              <w:t xml:space="preserve"> Emlékerdő</w:t>
            </w:r>
          </w:p>
        </w:tc>
        <w:tc>
          <w:tcPr>
            <w:tcW w:w="5100" w:type="dxa"/>
          </w:tcPr>
          <w:p w14:paraId="1AB724ED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9"/>
                <w:lang w:val="hu-HU"/>
              </w:rPr>
              <w:t>☐ Balatonkenesei Emlékliget</w:t>
            </w:r>
          </w:p>
        </w:tc>
      </w:tr>
    </w:tbl>
    <w:p w14:paraId="325162E7" w14:textId="77777777" w:rsidR="0045377F" w:rsidRDefault="0045377F">
      <w:pPr>
        <w:spacing w:after="30"/>
        <w:rPr>
          <w:b/>
          <w:sz w:val="19"/>
          <w:lang w:val="hu-HU"/>
        </w:rPr>
      </w:pPr>
    </w:p>
    <w:p w14:paraId="30B4321E" w14:textId="4B7DC091" w:rsidR="00931CB9" w:rsidRPr="0045377F" w:rsidRDefault="00000000">
      <w:pPr>
        <w:spacing w:after="30"/>
        <w:rPr>
          <w:lang w:val="hu-HU"/>
        </w:rPr>
      </w:pPr>
      <w:r w:rsidRPr="0045377F">
        <w:rPr>
          <w:b/>
          <w:sz w:val="19"/>
          <w:lang w:val="hu-HU"/>
        </w:rPr>
        <w:t xml:space="preserve">Milyen </w:t>
      </w:r>
      <w:proofErr w:type="spellStart"/>
      <w:r w:rsidRPr="0045377F">
        <w:rPr>
          <w:b/>
          <w:sz w:val="19"/>
          <w:lang w:val="hu-HU"/>
        </w:rPr>
        <w:t>emlékhelyet</w:t>
      </w:r>
      <w:proofErr w:type="spellEnd"/>
      <w:r w:rsidRPr="0045377F">
        <w:rPr>
          <w:b/>
          <w:sz w:val="19"/>
          <w:lang w:val="hu-HU"/>
        </w:rPr>
        <w:t xml:space="preserve"> szeretne előre megváltani?</w:t>
      </w:r>
    </w:p>
    <w:p w14:paraId="0BF37DCC" w14:textId="3F0D307A" w:rsidR="00931CB9" w:rsidRPr="0045377F" w:rsidRDefault="00000000">
      <w:pPr>
        <w:spacing w:after="0"/>
        <w:rPr>
          <w:lang w:val="hu-HU"/>
        </w:rPr>
      </w:pPr>
      <w:r w:rsidRPr="0045377F">
        <w:rPr>
          <w:sz w:val="19"/>
          <w:lang w:val="hu-HU"/>
        </w:rPr>
        <w:t xml:space="preserve">☐ </w:t>
      </w:r>
      <w:r w:rsidR="0045377F" w:rsidRPr="0045377F">
        <w:rPr>
          <w:sz w:val="19"/>
          <w:lang w:val="hu-HU"/>
        </w:rPr>
        <w:t>Közösségi</w:t>
      </w:r>
      <w:r w:rsidRPr="0045377F">
        <w:rPr>
          <w:sz w:val="19"/>
          <w:lang w:val="hu-HU"/>
        </w:rPr>
        <w:t xml:space="preserve"> emlékhely – </w:t>
      </w:r>
      <w:r w:rsidR="0045377F" w:rsidRPr="0045377F">
        <w:rPr>
          <w:sz w:val="19"/>
          <w:lang w:val="hu-HU"/>
        </w:rPr>
        <w:t>10</w:t>
      </w:r>
      <w:r w:rsidRPr="0045377F">
        <w:rPr>
          <w:sz w:val="19"/>
          <w:lang w:val="hu-HU"/>
        </w:rPr>
        <w:t xml:space="preserve"> év</w:t>
      </w:r>
    </w:p>
    <w:p w14:paraId="172DA6DF" w14:textId="10ECE719" w:rsidR="00931CB9" w:rsidRPr="0045377F" w:rsidRDefault="00000000">
      <w:pPr>
        <w:spacing w:after="0"/>
        <w:rPr>
          <w:sz w:val="19"/>
          <w:lang w:val="hu-HU"/>
        </w:rPr>
      </w:pPr>
      <w:r w:rsidRPr="0045377F">
        <w:rPr>
          <w:sz w:val="19"/>
          <w:lang w:val="hu-HU"/>
        </w:rPr>
        <w:t xml:space="preserve">☐ </w:t>
      </w:r>
      <w:r w:rsidR="0045377F" w:rsidRPr="0045377F">
        <w:rPr>
          <w:sz w:val="19"/>
          <w:lang w:val="hu-HU"/>
        </w:rPr>
        <w:t>Közösségi</w:t>
      </w:r>
      <w:r w:rsidRPr="0045377F">
        <w:rPr>
          <w:sz w:val="19"/>
          <w:lang w:val="hu-HU"/>
        </w:rPr>
        <w:t xml:space="preserve"> emlékhely – </w:t>
      </w:r>
      <w:r w:rsidR="0045377F" w:rsidRPr="0045377F">
        <w:rPr>
          <w:sz w:val="19"/>
          <w:lang w:val="hu-HU"/>
        </w:rPr>
        <w:t>25</w:t>
      </w:r>
      <w:r w:rsidRPr="0045377F">
        <w:rPr>
          <w:sz w:val="19"/>
          <w:lang w:val="hu-HU"/>
        </w:rPr>
        <w:t xml:space="preserve"> év</w:t>
      </w:r>
    </w:p>
    <w:p w14:paraId="4BDC11FF" w14:textId="7CB1C920" w:rsidR="0045377F" w:rsidRPr="0045377F" w:rsidRDefault="0045377F" w:rsidP="0045377F">
      <w:pPr>
        <w:spacing w:after="0"/>
        <w:rPr>
          <w:sz w:val="19"/>
          <w:lang w:val="hu-HU"/>
        </w:rPr>
      </w:pPr>
      <w:r w:rsidRPr="0045377F">
        <w:rPr>
          <w:sz w:val="19"/>
          <w:lang w:val="hu-HU"/>
        </w:rPr>
        <w:t>☐ Személyes / családi emlékhely – 25 év</w:t>
      </w:r>
    </w:p>
    <w:p w14:paraId="6007AFD2" w14:textId="77777777" w:rsidR="0045377F" w:rsidRPr="0045377F" w:rsidRDefault="0045377F" w:rsidP="0045377F">
      <w:pPr>
        <w:spacing w:after="0"/>
        <w:rPr>
          <w:sz w:val="19"/>
          <w:lang w:val="hu-HU"/>
        </w:rPr>
      </w:pPr>
      <w:r w:rsidRPr="0045377F">
        <w:rPr>
          <w:sz w:val="19"/>
          <w:lang w:val="hu-HU"/>
        </w:rPr>
        <w:t>☐ Személyes / családi emlékhely – 50 év</w:t>
      </w:r>
    </w:p>
    <w:p w14:paraId="2BC59B20" w14:textId="77777777" w:rsidR="0045377F" w:rsidRPr="0045377F" w:rsidRDefault="0045377F">
      <w:pPr>
        <w:spacing w:after="0"/>
        <w:rPr>
          <w:lang w:val="hu-HU"/>
        </w:rPr>
      </w:pPr>
    </w:p>
    <w:p w14:paraId="4D676F7C" w14:textId="77777777" w:rsidR="00931CB9" w:rsidRPr="0045377F" w:rsidRDefault="00000000">
      <w:pPr>
        <w:spacing w:before="80" w:after="40"/>
        <w:rPr>
          <w:lang w:val="hu-HU"/>
        </w:rPr>
      </w:pPr>
      <w:r w:rsidRPr="0045377F">
        <w:rPr>
          <w:b/>
          <w:color w:val="2F5A49"/>
          <w:sz w:val="18"/>
          <w:lang w:val="hu-HU"/>
        </w:rPr>
        <w:t>3. EGYÉB KÉRÉS, KÉRDÉS VAGY MEGJEGYZÉS</w:t>
      </w:r>
    </w:p>
    <w:p w14:paraId="142CC3E9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lang w:val="hu-HU"/>
        </w:rPr>
        <w:t>______________________________________________________________</w:t>
      </w:r>
    </w:p>
    <w:p w14:paraId="14648FA6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lang w:val="hu-HU"/>
        </w:rPr>
        <w:t>______________________________________________________________</w:t>
      </w:r>
    </w:p>
    <w:p w14:paraId="70E78A26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lang w:val="hu-HU"/>
        </w:rPr>
        <w:t>______________________________________________________________</w:t>
      </w:r>
    </w:p>
    <w:p w14:paraId="7DABD281" w14:textId="77777777" w:rsidR="00931CB9" w:rsidRPr="0045377F" w:rsidRDefault="00000000">
      <w:pPr>
        <w:spacing w:before="80" w:after="40"/>
        <w:rPr>
          <w:lang w:val="hu-HU"/>
        </w:rPr>
      </w:pPr>
      <w:r w:rsidRPr="0045377F">
        <w:rPr>
          <w:b/>
          <w:color w:val="2F5A49"/>
          <w:sz w:val="18"/>
          <w:lang w:val="hu-HU"/>
        </w:rPr>
        <w:t>4. ADATKEZELÉS</w:t>
      </w:r>
    </w:p>
    <w:p w14:paraId="43B7A50F" w14:textId="77777777" w:rsidR="00931CB9" w:rsidRPr="0045377F" w:rsidRDefault="00000000">
      <w:pPr>
        <w:spacing w:after="30"/>
        <w:rPr>
          <w:lang w:val="hu-HU"/>
        </w:rPr>
      </w:pPr>
      <w:r w:rsidRPr="0045377F">
        <w:rPr>
          <w:sz w:val="19"/>
          <w:lang w:val="hu-HU"/>
        </w:rPr>
        <w:t>Kérjük, a beküldés előtt olvassa el az Adatkezelési tájékoztatót az emlekerdo.hu oldalon.</w:t>
      </w:r>
    </w:p>
    <w:p w14:paraId="77441693" w14:textId="77777777" w:rsidR="00931CB9" w:rsidRPr="0045377F" w:rsidRDefault="00000000">
      <w:pPr>
        <w:spacing w:after="0"/>
        <w:rPr>
          <w:lang w:val="hu-HU"/>
        </w:rPr>
      </w:pPr>
      <w:r w:rsidRPr="0045377F">
        <w:rPr>
          <w:sz w:val="19"/>
          <w:lang w:val="hu-HU"/>
        </w:rPr>
        <w:t>☐ Elolvastam és tudomásul vettem az Adatkezelési tájékoztatót.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0"/>
      </w:tblGrid>
      <w:tr w:rsidR="00931CB9" w:rsidRPr="0045377F" w14:paraId="7A2B1931" w14:textId="77777777">
        <w:tc>
          <w:tcPr>
            <w:tcW w:w="10200" w:type="dxa"/>
            <w:shd w:val="clear" w:color="auto" w:fill="F7F7F5"/>
          </w:tcPr>
          <w:p w14:paraId="0A22F559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8"/>
                <w:lang w:val="hu-HU"/>
              </w:rPr>
              <w:t>A kitöltött adatlap az előre gondoskodás és a kapcsolódó ügyintézés előkészítését szolgálja. A konkrét emlékhely elérhetőségét, a szerződés tartalmát és a fizetési feltételeket külön egyeztetjük.</w:t>
            </w:r>
          </w:p>
        </w:tc>
      </w:tr>
    </w:tbl>
    <w:p w14:paraId="6272600A" w14:textId="77777777" w:rsidR="00931CB9" w:rsidRPr="0045377F" w:rsidRDefault="00000000">
      <w:pPr>
        <w:spacing w:after="30"/>
        <w:jc w:val="center"/>
        <w:rPr>
          <w:lang w:val="hu-HU"/>
        </w:rPr>
      </w:pPr>
      <w:r w:rsidRPr="0045377F">
        <w:rPr>
          <w:b/>
          <w:color w:val="2F5A49"/>
          <w:sz w:val="18"/>
          <w:lang w:val="hu-HU"/>
        </w:rPr>
        <w:t xml:space="preserve">Emlékerdő </w:t>
      </w:r>
      <w:proofErr w:type="gramStart"/>
      <w:r w:rsidRPr="0045377F">
        <w:rPr>
          <w:b/>
          <w:color w:val="2F5A49"/>
          <w:sz w:val="18"/>
          <w:lang w:val="hu-HU"/>
        </w:rPr>
        <w:t>ügyfélkapcsolat  •</w:t>
      </w:r>
      <w:proofErr w:type="gramEnd"/>
      <w:r w:rsidRPr="0045377F">
        <w:rPr>
          <w:b/>
          <w:color w:val="2F5A49"/>
          <w:sz w:val="18"/>
          <w:lang w:val="hu-HU"/>
        </w:rPr>
        <w:t xml:space="preserve">  +36 70 629 </w:t>
      </w:r>
      <w:proofErr w:type="gramStart"/>
      <w:r w:rsidRPr="0045377F">
        <w:rPr>
          <w:b/>
          <w:color w:val="2F5A49"/>
          <w:sz w:val="18"/>
          <w:lang w:val="hu-HU"/>
        </w:rPr>
        <w:t>3300  •</w:t>
      </w:r>
      <w:proofErr w:type="gramEnd"/>
      <w:r w:rsidRPr="0045377F">
        <w:rPr>
          <w:b/>
          <w:color w:val="2F5A49"/>
          <w:sz w:val="18"/>
          <w:lang w:val="hu-HU"/>
        </w:rPr>
        <w:t xml:space="preserve">  info@emlekerdo.hu</w:t>
      </w:r>
    </w:p>
    <w:p w14:paraId="58DB478F" w14:textId="77777777" w:rsidR="00931CB9" w:rsidRPr="0045377F" w:rsidRDefault="00931CB9">
      <w:pPr>
        <w:spacing w:after="30"/>
        <w:rPr>
          <w:lang w:val="hu-H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931CB9" w:rsidRPr="0045377F" w14:paraId="4E21C928" w14:textId="77777777">
        <w:trPr>
          <w:jc w:val="center"/>
        </w:trPr>
        <w:tc>
          <w:tcPr>
            <w:tcW w:w="5100" w:type="dxa"/>
          </w:tcPr>
          <w:p w14:paraId="6F551050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8"/>
                <w:lang w:val="hu-HU"/>
              </w:rPr>
              <w:t>Kelt (hely, dátum): __________________________</w:t>
            </w:r>
          </w:p>
        </w:tc>
        <w:tc>
          <w:tcPr>
            <w:tcW w:w="5100" w:type="dxa"/>
          </w:tcPr>
          <w:p w14:paraId="2D5FC553" w14:textId="77777777" w:rsidR="00931CB9" w:rsidRPr="0045377F" w:rsidRDefault="00000000">
            <w:pPr>
              <w:spacing w:after="0"/>
              <w:rPr>
                <w:lang w:val="hu-HU"/>
              </w:rPr>
            </w:pPr>
            <w:r w:rsidRPr="0045377F">
              <w:rPr>
                <w:sz w:val="18"/>
                <w:lang w:val="hu-HU"/>
              </w:rPr>
              <w:t>Aláírás: ____________________________</w:t>
            </w:r>
          </w:p>
        </w:tc>
      </w:tr>
    </w:tbl>
    <w:p w14:paraId="012EF2BB" w14:textId="77777777" w:rsidR="00250E41" w:rsidRPr="0045377F" w:rsidRDefault="00250E41">
      <w:pPr>
        <w:rPr>
          <w:lang w:val="hu-HU"/>
        </w:rPr>
      </w:pPr>
    </w:p>
    <w:sectPr w:rsidR="00250E41" w:rsidRPr="0045377F" w:rsidSect="00034616">
      <w:headerReference w:type="default" r:id="rId8"/>
      <w:footerReference w:type="default" r:id="rId9"/>
      <w:pgSz w:w="12240" w:h="15840"/>
      <w:pgMar w:top="765" w:right="1020" w:bottom="709" w:left="102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BED40" w14:textId="77777777" w:rsidR="00FC1C18" w:rsidRDefault="00FC1C18">
      <w:pPr>
        <w:spacing w:after="0" w:line="240" w:lineRule="auto"/>
      </w:pPr>
      <w:r>
        <w:separator/>
      </w:r>
    </w:p>
  </w:endnote>
  <w:endnote w:type="continuationSeparator" w:id="0">
    <w:p w14:paraId="334D6426" w14:textId="77777777" w:rsidR="00FC1C18" w:rsidRDefault="00FC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EF56" w14:textId="77777777" w:rsidR="00931CB9" w:rsidRDefault="00000000">
    <w:pPr>
      <w:pStyle w:val="Footer"/>
      <w:jc w:val="center"/>
    </w:pPr>
    <w:r>
      <w:rPr>
        <w:color w:val="2F5A49"/>
        <w:sz w:val="17"/>
      </w:rPr>
      <w:t>EE-FORM-</w:t>
    </w:r>
    <w:proofErr w:type="gramStart"/>
    <w:r>
      <w:rPr>
        <w:color w:val="2F5A49"/>
        <w:sz w:val="17"/>
      </w:rPr>
      <w:t>03  •</w:t>
    </w:r>
    <w:proofErr w:type="gramEnd"/>
    <w:r>
      <w:rPr>
        <w:color w:val="2F5A49"/>
        <w:sz w:val="17"/>
      </w:rPr>
      <w:t xml:space="preserve">  </w:t>
    </w:r>
    <w:proofErr w:type="gramStart"/>
    <w:r>
      <w:rPr>
        <w:color w:val="2F5A49"/>
        <w:sz w:val="17"/>
      </w:rPr>
      <w:t>v1.1  •</w:t>
    </w:r>
    <w:proofErr w:type="gramEnd"/>
    <w:r>
      <w:rPr>
        <w:color w:val="2F5A49"/>
        <w:sz w:val="17"/>
      </w:rPr>
      <w:t xml:space="preserve">  </w:t>
    </w:r>
    <w:proofErr w:type="gramStart"/>
    <w:r>
      <w:rPr>
        <w:color w:val="2F5A49"/>
        <w:sz w:val="17"/>
      </w:rPr>
      <w:t>2026.09.21  •</w:t>
    </w:r>
    <w:proofErr w:type="gramEnd"/>
    <w:r>
      <w:rPr>
        <w:color w:val="2F5A49"/>
        <w:sz w:val="17"/>
      </w:rPr>
      <w:t xml:space="preserve">  emlekerdo.hu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6F6B4" w14:textId="77777777" w:rsidR="00FC1C18" w:rsidRDefault="00FC1C18">
      <w:pPr>
        <w:spacing w:after="0" w:line="240" w:lineRule="auto"/>
      </w:pPr>
      <w:r>
        <w:separator/>
      </w:r>
    </w:p>
  </w:footnote>
  <w:footnote w:type="continuationSeparator" w:id="0">
    <w:p w14:paraId="0D9F8584" w14:textId="77777777" w:rsidR="00FC1C18" w:rsidRDefault="00FC1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8AC3" w14:textId="77777777" w:rsidR="00931CB9" w:rsidRDefault="00000000">
    <w:pPr>
      <w:pStyle w:val="Header"/>
    </w:pPr>
    <w:proofErr w:type="gramStart"/>
    <w:r>
      <w:rPr>
        <w:b/>
        <w:color w:val="2F5A49"/>
        <w:sz w:val="19"/>
      </w:rPr>
      <w:t>EMLÉKERDŐ  |</w:t>
    </w:r>
    <w:proofErr w:type="gramEnd"/>
    <w:r>
      <w:rPr>
        <w:b/>
        <w:color w:val="2F5A49"/>
        <w:sz w:val="19"/>
      </w:rPr>
      <w:t xml:space="preserve">  ÜGYINTÉZÉSI ADATLAP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9768612">
    <w:abstractNumId w:val="8"/>
  </w:num>
  <w:num w:numId="2" w16cid:durableId="1362314672">
    <w:abstractNumId w:val="6"/>
  </w:num>
  <w:num w:numId="3" w16cid:durableId="492986227">
    <w:abstractNumId w:val="5"/>
  </w:num>
  <w:num w:numId="4" w16cid:durableId="1162158616">
    <w:abstractNumId w:val="4"/>
  </w:num>
  <w:num w:numId="5" w16cid:durableId="521822848">
    <w:abstractNumId w:val="7"/>
  </w:num>
  <w:num w:numId="6" w16cid:durableId="369578176">
    <w:abstractNumId w:val="3"/>
  </w:num>
  <w:num w:numId="7" w16cid:durableId="317391778">
    <w:abstractNumId w:val="2"/>
  </w:num>
  <w:num w:numId="8" w16cid:durableId="1689914643">
    <w:abstractNumId w:val="1"/>
  </w:num>
  <w:num w:numId="9" w16cid:durableId="24446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E41"/>
    <w:rsid w:val="0029639D"/>
    <w:rsid w:val="00326F90"/>
    <w:rsid w:val="0045377F"/>
    <w:rsid w:val="00803154"/>
    <w:rsid w:val="00931CB9"/>
    <w:rsid w:val="009E7952"/>
    <w:rsid w:val="00AA1D8D"/>
    <w:rsid w:val="00B47730"/>
    <w:rsid w:val="00CB0664"/>
    <w:rsid w:val="00FC1C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8E18BD"/>
  <w14:defaultImageDpi w14:val="300"/>
  <w15:docId w15:val="{0F846C3E-D3AE-4159-AC66-DF383422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34423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Kft Ftr Projekt</cp:lastModifiedBy>
  <cp:revision>2</cp:revision>
  <dcterms:created xsi:type="dcterms:W3CDTF">2026-09-24T11:25:00Z</dcterms:created>
  <dcterms:modified xsi:type="dcterms:W3CDTF">2026-09-24T11:25:00Z</dcterms:modified>
  <cp:category/>
</cp:coreProperties>
</file>